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Name"/>
        <w:jc w:val="center"/>
      </w:pPr>
      <w:r>
        <w:t>[YOUR FULL NAME]</w:t>
      </w:r>
    </w:p>
    <w:p>
      <w:pPr>
        <w:jc w:val="center"/>
      </w:pPr>
      <w:r>
        <w:t>[City, State]  |  [+91 Phone Number]  |  [professional.email@example.com]</w:t>
      </w:r>
    </w:p>
    <w:p>
      <w:pPr>
        <w:jc w:val="center"/>
      </w:pPr>
      <w:r>
        <w:t>[LinkedIn URL]  |  [Portfolio / GitHub URL - optional]</w:t>
      </w:r>
    </w:p>
    <w:p>
      <w:pPr>
        <w:pStyle w:val="ResumeSection"/>
        <w:pBdr>
          <w:bottom w:val="single" w:sz="5" w:color="C9D2DD"/>
        </w:pBdr>
      </w:pPr>
      <w:r>
        <w:t>PROFESSIONAL SUMMARY / CAREER OBJECTIVE</w:t>
      </w:r>
    </w:p>
    <w:p>
      <w:r>
        <w:t>[Degree or current course] student/recent graduate with experience in [two relevant skills or projects]. Interested in [target role], bringing [specific capability] demonstrated through [academic project, internship or coursework].</w:t>
      </w:r>
    </w:p>
    <w:p>
      <w:pPr>
        <w:pStyle w:val="ResumeSection"/>
        <w:pBdr>
          <w:bottom w:val="single" w:sz="5" w:color="C9D2DD"/>
        </w:pBdr>
      </w:pPr>
      <w:r>
        <w:t>EDUCATION</w:t>
      </w:r>
    </w:p>
    <w:p>
      <w:pPr>
        <w:spacing w:after="40"/>
      </w:pPr>
      <w:r>
        <w:rPr>
          <w:b/>
        </w:rPr>
        <w:t>[Degree / Qualification]</w:t>
      </w:r>
      <w:r>
        <w:t xml:space="preserve">  |  [Institution], [City]  |  [Graduation year or expected year]</w:t>
      </w:r>
    </w:p>
    <w:p>
      <w:r>
        <w:t>[CGPA/percentage, if relevant]  |  [Relevant coursework, if useful]</w:t>
      </w:r>
    </w:p>
    <w:p>
      <w:pPr>
        <w:pStyle w:val="ResumeSection"/>
        <w:pBdr>
          <w:bottom w:val="single" w:sz="5" w:color="C9D2DD"/>
        </w:pBdr>
      </w:pPr>
      <w:r>
        <w:t>RELEVANT SKILLS</w:t>
      </w:r>
    </w:p>
    <w:p>
      <w:r>
        <w:t>Technical / role-specific: [Skill 1], [Skill 2], [Skill 3], [Tool / software]</w:t>
      </w:r>
    </w:p>
    <w:p>
      <w:r>
        <w:t>Other relevant skills: [Skill supported by evidence], [Language / certification, if relevant]</w:t>
      </w:r>
    </w:p>
    <w:p>
      <w:pPr>
        <w:pStyle w:val="ResumeSection"/>
        <w:pBdr>
          <w:bottom w:val="single" w:sz="5" w:color="C9D2DD"/>
        </w:pBdr>
      </w:pPr>
      <w:r>
        <w:t>ACADEMIC / PERSONAL PROJECTS</w:t>
      </w:r>
    </w:p>
    <w:p>
      <w:pPr>
        <w:spacing w:after="40"/>
      </w:pPr>
      <w:r>
        <w:rPr>
          <w:b/>
        </w:rPr>
        <w:t>[Project title]</w:t>
      </w:r>
      <w:r>
        <w:t xml:space="preserve">  |  [Tools / methods]  |  [Month Year - Month Year, optional]</w:t>
      </w:r>
    </w:p>
    <w:p>
      <w:pPr>
        <w:pStyle w:val="ListBullet"/>
        <w:spacing w:after="40"/>
        <w:ind w:left="259" w:hanging="144"/>
      </w:pPr>
      <w:r>
        <w:t>[Action verb] [what you built, analysed or organised] to address [specific problem].</w:t>
      </w:r>
    </w:p>
    <w:p>
      <w:pPr>
        <w:pStyle w:val="ListBullet"/>
        <w:spacing w:after="40"/>
        <w:ind w:left="259" w:hanging="144"/>
      </w:pPr>
      <w:r>
        <w:t>[Explain your contribution and a verifiable result, deliverable or learning outcome].</w:t>
      </w:r>
    </w:p>
    <w:p>
      <w:pPr>
        <w:spacing w:after="40"/>
      </w:pPr>
      <w:r>
        <w:rPr>
          <w:b/>
        </w:rPr>
        <w:t>[Second project title - optional]</w:t>
      </w:r>
      <w:r>
        <w:t xml:space="preserve">  |  [Tools / methods]</w:t>
      </w:r>
    </w:p>
    <w:p>
      <w:pPr>
        <w:pStyle w:val="ListBullet"/>
        <w:spacing w:after="40"/>
        <w:ind w:left="259" w:hanging="144"/>
      </w:pPr>
      <w:r>
        <w:t>[Describe your role, tools and practical result in one concise statement].</w:t>
      </w:r>
    </w:p>
    <w:p>
      <w:pPr>
        <w:pStyle w:val="ResumeSection"/>
        <w:pBdr>
          <w:bottom w:val="single" w:sz="5" w:color="C9D2DD"/>
        </w:pBdr>
      </w:pPr>
      <w:r>
        <w:t>INTERNSHIPS / PRACTICAL EXPERIENCE - IF APPLICABLE</w:t>
      </w:r>
    </w:p>
    <w:p>
      <w:pPr>
        <w:spacing w:after="40"/>
      </w:pPr>
      <w:r>
        <w:rPr>
          <w:b/>
        </w:rPr>
        <w:t>[Intern / Volunteer / Part-time Position]</w:t>
      </w:r>
      <w:r>
        <w:t xml:space="preserve">  |  [Organisation]  |  [Dates]</w:t>
      </w:r>
    </w:p>
    <w:p>
      <w:pPr>
        <w:pStyle w:val="ListBullet"/>
        <w:spacing w:after="40"/>
        <w:ind w:left="259" w:hanging="144"/>
      </w:pPr>
      <w:r>
        <w:t>[Describe a responsibility you personally handled and the tools or methods used].</w:t>
      </w:r>
    </w:p>
    <w:p>
      <w:pPr>
        <w:pStyle w:val="ListBullet"/>
        <w:spacing w:after="40"/>
        <w:ind w:left="259" w:hanging="144"/>
      </w:pPr>
      <w:r>
        <w:t>[Include a specific outcome only if accurate and supportable].</w:t>
      </w:r>
    </w:p>
    <w:p>
      <w:pPr>
        <w:pStyle w:val="ResumeSection"/>
        <w:pBdr>
          <w:bottom w:val="single" w:sz="5" w:color="C9D2DD"/>
        </w:pBdr>
      </w:pPr>
      <w:r>
        <w:t>CERTIFICATIONS &amp; ACHIEVEMENTS - OPTIONAL</w:t>
      </w:r>
    </w:p>
    <w:p>
      <w:pPr>
        <w:pStyle w:val="ListBullet"/>
        <w:spacing w:after="40"/>
        <w:ind w:left="259" w:hanging="144"/>
      </w:pPr>
      <w:r>
        <w:t>[Relevant certification] - [Issuing organisation], [Year]</w:t>
      </w:r>
    </w:p>
    <w:p>
      <w:pPr>
        <w:pStyle w:val="ListBullet"/>
        <w:spacing w:after="40"/>
        <w:ind w:left="259" w:hanging="144"/>
      </w:pPr>
      <w:r>
        <w:t>[Relevant award, competition, research or leadership achievement]</w:t>
      </w:r>
    </w:p>
    <w:sectPr w:rsidR="00FC693F" w:rsidRPr="0006063C" w:rsidSect="00034616">
      <w:footerReference w:type="default" r:id="rId9"/>
      <w:pgSz w:w="11909" w:h="16834"/>
      <w:pgMar w:top="1037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E78"/>
        <w:sz w:val="16"/>
      </w:rPr>
      <w:t>Replace all [bracketed] prompts with your own information. Remove sections that do not apply.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62E3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pPr>
      <w:spacing w:before="0" w:after="40"/>
    </w:pPr>
    <w:rPr>
      <w:rFonts w:ascii="Aptos" w:hAnsi="Aptos"/>
      <w:b/>
      <w:color w:val="1D2D44"/>
      <w:sz w:val="38"/>
    </w:rPr>
  </w:style>
  <w:style w:type="paragraph" w:customStyle="1" w:styleId="ResumeSection">
    <w:name w:val="Resume Section"/>
    <w:pPr>
      <w:spacing w:before="220" w:after="80"/>
    </w:pPr>
    <w:rPr>
      <w:rFonts w:ascii="Aptos" w:hAnsi="Aptos"/>
      <w:b/>
      <w:color w:val="1D2D44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Resume Format for Freshers - Editable Template</dc:title>
  <dc:subject/>
  <dc:creator>foundit Career Advice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